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مسیر آلمان | مهاجرت تحصیلی - کاری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مسیر آلمان | مهاجرت تحصیلی - کاری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93**132141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Abdeyazdan</w:t>
            </w:r>
          </w:p>
        </w:tc>
        <w:tc>
          <w:tcPr>
            <w:tcW w:type="dxa" w:w="1728"/>
          </w:tcPr>
          <w:p>
            <w:r>
              <w:t>Hosssseeeiiiin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93*9249914</w:t>
            </w:r>
          </w:p>
        </w:tc>
        <w:tc>
          <w:tcPr>
            <w:tcW w:type="dxa" w:w="1728"/>
          </w:tcPr>
          <w:p>
            <w:r>
              <w:t>Σ Amin.r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North_man_60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91901*0043</w:t>
            </w:r>
          </w:p>
        </w:tc>
        <w:tc>
          <w:tcPr>
            <w:tcW w:type="dxa" w:w="1728"/>
          </w:tcPr>
          <w:p>
            <w:r>
              <w:t>Blaufarbe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Blaurote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91**2409**</w:t>
            </w:r>
          </w:p>
        </w:tc>
        <w:tc>
          <w:tcPr>
            <w:tcW w:type="dxa" w:w="1728"/>
          </w:tcPr>
          <w:p>
            <w:r>
              <w:t>Farideh Aminian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aminianm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9132029012</w:t>
            </w:r>
          </w:p>
        </w:tc>
        <w:tc>
          <w:tcPr>
            <w:tcW w:type="dxa" w:w="1728"/>
          </w:tcPr>
          <w:p>
            <w:r>
              <w:t>‌Mehran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Mehran9012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919*117207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Afshinjjja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912*39319*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e_tvs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939***4902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neginhn72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93*4**4**7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Frj</w:t>
            </w:r>
          </w:p>
        </w:tc>
        <w:tc>
          <w:tcPr>
            <w:tcW w:type="dxa" w:w="1728"/>
          </w:tcPr>
          <w:p>
            <w:r>
              <w:t>Minafrj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93*0923***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Patuma368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92234*04*4</w:t>
            </w:r>
          </w:p>
        </w:tc>
        <w:tc>
          <w:tcPr>
            <w:tcW w:type="dxa" w:w="1728"/>
          </w:tcPr>
          <w:p>
            <w:r>
              <w:t>𝑝𝑎𝑟𝑖𝑎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paria9877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91297*0470</w:t>
            </w:r>
          </w:p>
        </w:tc>
        <w:tc>
          <w:tcPr>
            <w:tcW w:type="dxa" w:w="1728"/>
          </w:tcPr>
          <w:p>
            <w:r>
              <w:t>Visa</w:t>
            </w:r>
          </w:p>
        </w:tc>
        <w:tc>
          <w:tcPr>
            <w:tcW w:type="dxa" w:w="1728"/>
          </w:tcPr>
          <w:p>
            <w:r>
              <w:t>Admin</w:t>
            </w:r>
          </w:p>
        </w:tc>
        <w:tc>
          <w:tcPr>
            <w:tcW w:type="dxa" w:w="1728"/>
          </w:tcPr>
          <w:p>
            <w:r>
              <w:t>VisaAdmin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9300***277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>
              <w:t>Altafi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912***2142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Ahfard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9373929*00</w:t>
            </w:r>
          </w:p>
        </w:tc>
        <w:tc>
          <w:tcPr>
            <w:tcW w:type="dxa" w:w="1728"/>
          </w:tcPr>
          <w:p>
            <w:r>
              <w:t>A M I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Aminebrahimzadeh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93903*3044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Dehhaghi</w:t>
            </w:r>
          </w:p>
        </w:tc>
        <w:tc>
          <w:tcPr>
            <w:tcW w:type="dxa" w:w="1728"/>
          </w:tcPr>
          <w:p>
            <w:r>
              <w:t>MiladDehhaghi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921*9*19**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Mariki</w:t>
            </w:r>
          </w:p>
        </w:tc>
        <w:tc>
          <w:tcPr>
            <w:tcW w:type="dxa" w:w="1728"/>
          </w:tcPr>
          <w:p>
            <w:r>
              <w:t>miladmariki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93314*90*3</w:t>
            </w:r>
          </w:p>
        </w:tc>
        <w:tc>
          <w:tcPr>
            <w:tcW w:type="dxa" w:w="1728"/>
          </w:tcPr>
          <w:p>
            <w:r>
              <w:t>sobhan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sobhan4444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93*0747094</w:t>
            </w:r>
          </w:p>
        </w:tc>
        <w:tc>
          <w:tcPr>
            <w:tcW w:type="dxa" w:w="1728"/>
          </w:tcPr>
          <w:p>
            <w:r>
              <w:t>๓оліяєН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Moonlightt1374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93*4*7991*</w:t>
            </w:r>
          </w:p>
        </w:tc>
        <w:tc>
          <w:tcPr>
            <w:tcW w:type="dxa" w:w="1728"/>
          </w:tcPr>
          <w:p>
            <w:r>
              <w:t>Zinat</w:t>
            </w:r>
          </w:p>
        </w:tc>
        <w:tc>
          <w:tcPr>
            <w:tcW w:type="dxa" w:w="1728"/>
          </w:tcPr>
          <w:p>
            <w:r>
              <w:t>Noruzzadeh</w:t>
            </w:r>
          </w:p>
        </w:tc>
        <w:tc>
          <w:tcPr>
            <w:tcW w:type="dxa" w:w="1728"/>
          </w:tcPr>
          <w:p>
            <w:r>
              <w:t>Zinatsunny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92172**021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MOEIN_AKBARII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912*9**219</w:t>
            </w:r>
          </w:p>
        </w:tc>
        <w:tc>
          <w:tcPr>
            <w:tcW w:type="dxa" w:w="1728"/>
          </w:tcPr>
          <w:p>
            <w:r>
              <w:t>Shokoofeh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Hosseini_Shokoofeh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91113**47*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ahmadinia</w:t>
            </w:r>
          </w:p>
        </w:tc>
        <w:tc>
          <w:tcPr>
            <w:tcW w:type="dxa" w:w="1728"/>
          </w:tcPr>
          <w:p>
            <w:r>
              <w:t>stardivision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91124*3794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maryam_mzt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91*20139*1</w:t>
            </w:r>
          </w:p>
        </w:tc>
        <w:tc>
          <w:tcPr>
            <w:tcW w:type="dxa" w:w="1728"/>
          </w:tcPr>
          <w:p>
            <w:r>
              <w:t>Zohreh Sarabi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zohrehsarabi96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912*0**7*0</w:t>
            </w:r>
          </w:p>
        </w:tc>
        <w:tc>
          <w:tcPr>
            <w:tcW w:type="dxa" w:w="1728"/>
          </w:tcPr>
          <w:p>
            <w:r>
              <w:t>Mehrnaz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9143*7*19*</w:t>
            </w:r>
          </w:p>
        </w:tc>
        <w:tc>
          <w:tcPr>
            <w:tcW w:type="dxa" w:w="1728"/>
          </w:tcPr>
          <w:p>
            <w:r>
              <w:t>azumi</w:t>
            </w:r>
          </w:p>
        </w:tc>
        <w:tc>
          <w:tcPr>
            <w:tcW w:type="dxa" w:w="1728"/>
          </w:tcPr>
          <w:p>
            <w:r>
              <w:t>azumi</w:t>
            </w:r>
          </w:p>
        </w:tc>
        <w:tc>
          <w:tcPr>
            <w:tcW w:type="dxa" w:w="1728"/>
          </w:tcPr>
          <w:p>
            <w:r>
              <w:t>azumi1102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9107171*71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Alirezapacifist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9141**7*10</w:t>
            </w:r>
          </w:p>
        </w:tc>
        <w:tc>
          <w:tcPr>
            <w:tcW w:type="dxa" w:w="1728"/>
          </w:tcPr>
          <w:p>
            <w:r>
              <w:t>R...</w:t>
            </w:r>
          </w:p>
        </w:tc>
        <w:tc>
          <w:tcPr>
            <w:tcW w:type="dxa" w:w="1728"/>
          </w:tcPr>
          <w:p>
            <w:r>
              <w:t>Nojavan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990747*9**</w:t>
            </w:r>
          </w:p>
        </w:tc>
        <w:tc>
          <w:tcPr>
            <w:tcW w:type="dxa" w:w="1728"/>
          </w:tcPr>
          <w:p>
            <w:r>
              <w:t>Fatima daneshvar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fatimaarty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912023*372</w:t>
            </w:r>
          </w:p>
        </w:tc>
        <w:tc>
          <w:tcPr>
            <w:tcW w:type="dxa" w:w="1728"/>
          </w:tcPr>
          <w:p>
            <w:r>
              <w:t>Nasim</w:t>
            </w:r>
          </w:p>
        </w:tc>
        <w:tc>
          <w:tcPr>
            <w:tcW w:type="dxa" w:w="1728"/>
          </w:tcPr>
          <w:p>
            <w:r>
              <w:t>Th</w:t>
            </w:r>
          </w:p>
        </w:tc>
        <w:tc>
          <w:tcPr>
            <w:tcW w:type="dxa" w:w="1728"/>
          </w:tcPr>
          <w:p>
            <w:r>
              <w:t>nasimtahmassebi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9024***21*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91114**911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Mostahsan</w:t>
            </w:r>
          </w:p>
        </w:tc>
        <w:tc>
          <w:tcPr>
            <w:tcW w:type="dxa" w:w="1728"/>
          </w:tcPr>
          <w:p>
            <w:r>
              <w:t>mosthas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903**0*07*</w:t>
            </w:r>
          </w:p>
        </w:tc>
        <w:tc>
          <w:tcPr>
            <w:tcW w:type="dxa" w:w="1728"/>
          </w:tcPr>
          <w:p>
            <w:r>
              <w:t>Nasrin</w:t>
            </w:r>
          </w:p>
        </w:tc>
        <w:tc>
          <w:tcPr>
            <w:tcW w:type="dxa" w:w="1728"/>
          </w:tcPr>
          <w:p>
            <w:r>
              <w:t>MN</w:t>
            </w:r>
          </w:p>
        </w:tc>
        <w:tc>
          <w:tcPr>
            <w:tcW w:type="dxa" w:w="1728"/>
          </w:tcPr>
          <w:p>
            <w:r>
              <w:t>NsrnMN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930**47*99</w:t>
            </w:r>
          </w:p>
        </w:tc>
        <w:tc>
          <w:tcPr>
            <w:tcW w:type="dxa" w:w="1728"/>
          </w:tcPr>
          <w:p>
            <w:r>
              <w:t>Рожин🌑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LittleFoxxxy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91730**090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shahbazidavaninejad</w:t>
            </w:r>
          </w:p>
        </w:tc>
        <w:tc>
          <w:tcPr>
            <w:tcW w:type="dxa" w:w="1728"/>
          </w:tcPr>
          <w:p>
            <w:r>
              <w:t>babakshahbazidavani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91112*9*39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mehrad</w:t>
            </w:r>
          </w:p>
        </w:tc>
        <w:tc>
          <w:tcPr>
            <w:tcW w:type="dxa" w:w="1728"/>
          </w:tcPr>
          <w:p>
            <w:r>
              <w:t>mehradalireza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912***32**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mOoO007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933*99*911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912*03*2**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Simaa_f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93*1311***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Mohamad_AnTi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9100*144**</w:t>
            </w:r>
          </w:p>
        </w:tc>
        <w:tc>
          <w:tcPr>
            <w:tcW w:type="dxa" w:w="1728"/>
          </w:tcPr>
          <w:p>
            <w:r>
              <w:t>Ormazd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hosseinkurd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93*9**39**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sohrabm14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937*77*71*</w:t>
            </w:r>
          </w:p>
        </w:tc>
        <w:tc>
          <w:tcPr>
            <w:tcW w:type="dxa" w:w="1728"/>
          </w:tcPr>
          <w:p>
            <w:r>
              <w:t>arvin</w:t>
            </w:r>
          </w:p>
        </w:tc>
        <w:tc>
          <w:tcPr>
            <w:tcW w:type="dxa" w:w="1728"/>
          </w:tcPr>
          <w:p>
            <w:r>
              <w:t>ab</w:t>
            </w:r>
          </w:p>
        </w:tc>
        <w:tc>
          <w:tcPr>
            <w:tcW w:type="dxa" w:w="1728"/>
          </w:tcPr>
          <w:p>
            <w:r>
              <w:t>arzexp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9124344439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KamaliRahbar 😎</w:t>
            </w:r>
          </w:p>
        </w:tc>
        <w:tc>
          <w:tcPr>
            <w:tcW w:type="dxa" w:w="1728"/>
          </w:tcPr>
          <w:p>
            <w:r>
              <w:t>HamidRezaKR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914400***9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>
              <w:t>Alipour</w:t>
            </w:r>
          </w:p>
        </w:tc>
        <w:tc>
          <w:tcPr>
            <w:tcW w:type="dxa" w:w="1728"/>
          </w:tcPr>
          <w:p>
            <w:r>
              <w:t>shahinalipour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912*777317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khorrami777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9127***3**</w:t>
            </w:r>
          </w:p>
        </w:tc>
        <w:tc>
          <w:tcPr>
            <w:tcW w:type="dxa" w:w="1728"/>
          </w:tcPr>
          <w:p>
            <w:r>
              <w:t>Afsoon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Afsooon_k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990341133*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saberifar</w:t>
            </w:r>
          </w:p>
        </w:tc>
        <w:tc>
          <w:tcPr>
            <w:tcW w:type="dxa" w:w="1728"/>
          </w:tcPr>
          <w:p>
            <w:r>
              <w:t>Amirhosseinsaberifar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9333431147</w:t>
            </w:r>
          </w:p>
        </w:tc>
        <w:tc>
          <w:tcPr>
            <w:tcW w:type="dxa" w:w="1728"/>
          </w:tcPr>
          <w:p>
            <w:r>
              <w:t>♛N@V!D♛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Navid_mirzaie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911***0449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91321*17*4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Naz_ani_N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93931*2170</w:t>
            </w:r>
          </w:p>
        </w:tc>
        <w:tc>
          <w:tcPr>
            <w:tcW w:type="dxa" w:w="1728"/>
          </w:tcPr>
          <w:p>
            <w:r>
              <w:t>Mahta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>
              <w:t>mahtanazari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9190*****2</w:t>
            </w:r>
          </w:p>
        </w:tc>
        <w:tc>
          <w:tcPr>
            <w:tcW w:type="dxa" w:w="1728"/>
          </w:tcPr>
          <w:p>
            <w:r>
              <w:t>Hengameh</w:t>
            </w:r>
          </w:p>
        </w:tc>
        <w:tc>
          <w:tcPr>
            <w:tcW w:type="dxa" w:w="1728"/>
          </w:tcPr>
          <w:p>
            <w:r>
              <w:t>Nadiri</w:t>
            </w:r>
          </w:p>
        </w:tc>
        <w:tc>
          <w:tcPr>
            <w:tcW w:type="dxa" w:w="1728"/>
          </w:tcPr>
          <w:p>
            <w:r>
              <w:t>Heni_7507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90174**2*0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Ho3inex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9330***31*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93******70</w:t>
            </w:r>
          </w:p>
        </w:tc>
        <w:tc>
          <w:tcPr>
            <w:tcW w:type="dxa" w:w="1728"/>
          </w:tcPr>
          <w:p>
            <w:r>
              <w:t>Kimia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Kimia404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912*1434*4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>
              <w:t>TakmilHomayouni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91*0377***</w:t>
            </w:r>
          </w:p>
        </w:tc>
        <w:tc>
          <w:tcPr>
            <w:tcW w:type="dxa" w:w="1728"/>
          </w:tcPr>
          <w:p>
            <w:r>
              <w:t>2nya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D_Rafi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93**739991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Nejati</w:t>
            </w:r>
          </w:p>
        </w:tc>
        <w:tc>
          <w:tcPr>
            <w:tcW w:type="dxa" w:w="1728"/>
          </w:tcPr>
          <w:p>
            <w:r>
              <w:t>Nejati_navid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90*9***9*7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She_is_sarahh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9137941911</w:t>
            </w:r>
          </w:p>
        </w:tc>
        <w:tc>
          <w:tcPr>
            <w:tcW w:type="dxa" w:w="1728"/>
          </w:tcPr>
          <w:p>
            <w:r>
              <w:t>K_MSZ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kianamsz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91*172441*</w:t>
            </w:r>
          </w:p>
        </w:tc>
        <w:tc>
          <w:tcPr>
            <w:tcW w:type="dxa" w:w="1728"/>
          </w:tcPr>
          <w:p>
            <w:r>
              <w:t>Parvaz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>
              <w:t>P_G_MAH_25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99094*794*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Mohamadrezazarif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9147*772*4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Sir_Ghaffarpour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9374322112</w:t>
            </w:r>
          </w:p>
        </w:tc>
        <w:tc>
          <w:tcPr>
            <w:tcW w:type="dxa" w:w="1728"/>
          </w:tcPr>
          <w:p>
            <w:r>
              <w:t>@mostafa.parhizkar91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921*73473*</w:t>
            </w:r>
          </w:p>
        </w:tc>
        <w:tc>
          <w:tcPr>
            <w:tcW w:type="dxa" w:w="1728"/>
          </w:tcPr>
          <w:p>
            <w:r>
              <w:t>Dexter Spectre ࿗ 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mohsen_ykz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911*917091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MohsenDei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9193*04*0*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maryam0nz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93*4*03707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>
              <w:t>mdr</w:t>
            </w:r>
          </w:p>
        </w:tc>
        <w:tc>
          <w:tcPr>
            <w:tcW w:type="dxa" w:w="1728"/>
          </w:tcPr>
          <w:p>
            <w:r>
              <w:t>DrYasamanM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9334*190*1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Hosseinf242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91*019***9</w:t>
            </w:r>
          </w:p>
        </w:tc>
        <w:tc>
          <w:tcPr>
            <w:tcW w:type="dxa" w:w="1728"/>
          </w:tcPr>
          <w:p>
            <w:r>
              <w:t>Maedeh Malekzadeh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Maede_Malekzadeh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9303004*90</w:t>
            </w:r>
          </w:p>
        </w:tc>
        <w:tc>
          <w:tcPr>
            <w:tcW w:type="dxa" w:w="1728"/>
          </w:tcPr>
          <w:p>
            <w:r>
              <w:t>Nastaran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nava23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912004*293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Shfarzan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91*424***3</w:t>
            </w:r>
          </w:p>
        </w:tc>
        <w:tc>
          <w:tcPr>
            <w:tcW w:type="dxa" w:w="1728"/>
          </w:tcPr>
          <w:p>
            <w:r>
              <w:t>Ahmad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rezalooo19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917133****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Rafieian</w:t>
            </w:r>
          </w:p>
        </w:tc>
        <w:tc>
          <w:tcPr>
            <w:tcW w:type="dxa" w:w="1728"/>
          </w:tcPr>
          <w:p>
            <w:r>
              <w:t>Maryam_Rafieian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9127**722*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Masoud11370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93*4*92*41</w:t>
            </w:r>
          </w:p>
        </w:tc>
        <w:tc>
          <w:tcPr>
            <w:tcW w:type="dxa" w:w="1728"/>
          </w:tcPr>
          <w:p>
            <w:r>
              <w:t>Davood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Davoud_Zh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91917*077*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Somayeh1515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  <w:tr>
        <w:tc>
          <w:tcPr>
            <w:tcW w:type="dxa" w:w="1728"/>
          </w:tcPr>
          <w:p>
            <w:r>
              <w:t>912311*4*9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Taksibi</w:t>
            </w:r>
          </w:p>
        </w:tc>
        <w:tc>
          <w:tcPr>
            <w:tcW w:type="dxa" w:w="1728"/>
          </w:tcPr>
          <w:p>
            <w:r>
              <w:t>iviillad</w:t>
            </w:r>
          </w:p>
        </w:tc>
        <w:tc>
          <w:tcPr>
            <w:tcW w:type="dxa" w:w="1728"/>
          </w:tcPr>
          <w:p>
            <w:r>
              <w:t>مسیر آلمان | مهاجرت تحصیلی - کاری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مسیر آلمان | مهاجرت تحصیلی - کاری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